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6192"/>
        <w:gridCol w:w="3311"/>
      </w:tblGrid>
      <w:tr>
        <w:tc>
          <w:tcPr>
            <w:tcW w:type="dxa" w:w="6192"/>
            <w:vAlign w:val="top"/>
            <w:tcMar>
              <w:top w:w="0" w:type="dxa"/>
              <w:start w:w="0" w:type="dxa"/>
              <w:bottom w:w="0" w:type="dxa"/>
              <w:end w:w="0" w:type="dxa"/>
            </w:tcMar>
          </w:tcPr>
          <w:p>
            <w:pPr>
              <w:spacing w:before="0" w:after="40" w:line="228" w:lineRule="auto"/>
            </w:pPr>
            <w:r>
              <w:rPr>
                <w:rFonts w:ascii="Arial" w:hAnsi="Arial"/>
                <w:b/>
                <w:i w:val="0"/>
                <w:color w:val="202428"/>
                <w:sz w:val="53"/>
              </w:rPr>
              <w:t>SHOAIB AKHTAR</w:t>
            </w:r>
          </w:p>
          <w:p>
            <w:pPr>
              <w:spacing w:before="0" w:after="0" w:line="240" w:lineRule="auto"/>
            </w:pPr>
            <w:r>
              <w:rPr>
                <w:rFonts w:ascii="Arial" w:hAnsi="Arial"/>
                <w:b w:val="0"/>
                <w:i w:val="0"/>
                <w:color w:val="34383D"/>
                <w:sz w:val="21"/>
              </w:rPr>
              <w:t>DIGITAL PRODUCT DESIGNER | UI/UX | WEB PRODUCTS AND</w:t>
            </w:r>
            <w:r>
              <w:br/>
            </w:r>
            <w:r>
              <w:rPr>
                <w:rFonts w:ascii="Arial" w:hAnsi="Arial"/>
                <w:b w:val="0"/>
                <w:i w:val="0"/>
                <w:color w:val="34383D"/>
                <w:sz w:val="21"/>
              </w:rPr>
              <w:t>AUTOMATION | VIDEO AND GRAPHICS</w:t>
            </w:r>
          </w:p>
        </w:tc>
        <w:tc>
          <w:tcPr>
            <w:tcW w:type="dxa" w:w="3311"/>
            <w:vAlign w:val="top"/>
            <w:tcMar>
              <w:top w:w="0" w:type="dxa"/>
              <w:start w:w="0" w:type="dxa"/>
              <w:bottom w:w="0" w:type="dxa"/>
              <w:end w:w="0" w:type="dxa"/>
            </w:tcMar>
          </w:tcPr>
          <w:p>
            <w:pPr>
              <w:spacing w:before="40" w:after="20" w:line="240" w:lineRule="auto"/>
              <w:jc w:val="right"/>
            </w:pPr>
            <w:r>
              <w:rPr>
                <w:rFonts w:ascii="Arial" w:hAnsi="Arial"/>
                <w:b w:val="0"/>
                <w:i w:val="0"/>
                <w:color w:val="34383D"/>
                <w:sz w:val="17"/>
              </w:rPr>
              <w:t>Shoaibvlogs011@gmail.com</w:t>
            </w:r>
          </w:p>
          <w:p>
            <w:pPr>
              <w:spacing w:before="0" w:after="20" w:line="240" w:lineRule="auto"/>
              <w:jc w:val="right"/>
            </w:pPr>
            <w:r>
              <w:rPr>
                <w:rFonts w:ascii="Arial" w:hAnsi="Arial"/>
                <w:b w:val="0"/>
                <w:i w:val="0"/>
                <w:color w:val="34383D"/>
                <w:sz w:val="17"/>
              </w:rPr>
              <w:t>+92 3246167949</w:t>
            </w:r>
          </w:p>
          <w:p>
            <w:pPr>
              <w:spacing w:before="0" w:after="20" w:line="240" w:lineRule="auto"/>
              <w:jc w:val="right"/>
            </w:pPr>
            <w:r>
              <w:rPr>
                <w:rFonts w:ascii="Arial" w:hAnsi="Arial"/>
                <w:b w:val="0"/>
                <w:i w:val="0"/>
                <w:color w:val="34383D"/>
                <w:sz w:val="17"/>
              </w:rPr>
              <w:t>Islamabad, 46000 Punjab</w:t>
            </w:r>
          </w:p>
        </w:tc>
      </w:tr>
    </w:tbl>
    <w:p>
      <w:pPr>
        <w:keepNext/>
        <w:spacing w:before="240" w:after="60" w:line="240" w:lineRule="auto"/>
      </w:pPr>
      <w:r>
        <w:rPr>
          <w:rFonts w:ascii="Arial" w:hAnsi="Arial"/>
          <w:b/>
          <w:i w:val="0"/>
          <w:color w:val="34383D"/>
          <w:sz w:val="20"/>
        </w:rPr>
        <w:t>PROFESSIONAL SUMMARY</w:t>
      </w:r>
    </w:p>
    <w:p>
      <w:pPr>
        <w:spacing w:before="0" w:after="40" w:line="252" w:lineRule="auto"/>
      </w:pPr>
      <w:r>
        <w:rPr>
          <w:rFonts w:ascii="Arial" w:hAnsi="Arial"/>
          <w:b/>
          <w:i w:val="0"/>
          <w:color w:val="34383D"/>
          <w:sz w:val="18"/>
        </w:rPr>
        <w:t>UI/UX Designer and Video Editing Specialist</w:t>
      </w:r>
      <w:r>
        <w:rPr>
          <w:rFonts w:ascii="Arial" w:hAnsi="Arial"/>
          <w:b w:val="0"/>
          <w:i w:val="0"/>
          <w:color w:val="34383D"/>
          <w:sz w:val="18"/>
        </w:rPr>
        <w:t xml:space="preserve"> designing video editing workflows, responsive interfaces, and creator tools that simplify complex product tasks. Builds prototypes, runs usability tests, and refines design systems with engineers, QA, motion designers, and product teams, including WCAG AA accessibility standards. Improves editing journeys by turning research and interaction design into clear, reliable product experiences.</w:t>
      </w:r>
    </w:p>
    <w:p>
      <w:pPr>
        <w:keepNext/>
        <w:spacing w:before="160" w:after="40" w:line="240" w:lineRule="auto"/>
      </w:pPr>
      <w:r>
        <w:rPr>
          <w:rFonts w:ascii="Arial" w:hAnsi="Arial"/>
          <w:b/>
          <w:i w:val="0"/>
          <w:color w:val="34383D"/>
          <w:sz w:val="20"/>
        </w:rPr>
        <w:t>WEBSITES, PORTFOLIOS, PROFILES</w:t>
      </w:r>
    </w:p>
    <w:p>
      <w:pPr>
        <w:spacing w:before="0" w:after="40" w:line="240" w:lineRule="auto"/>
      </w:pPr>
      <w:r>
        <w:rPr>
          <w:rFonts w:ascii="Arial" w:hAnsi="Arial"/>
          <w:b/>
          <w:i w:val="0"/>
          <w:color w:val="34383D"/>
          <w:sz w:val="17"/>
        </w:rPr>
        <w:t xml:space="preserve">Portfolio: </w:t>
      </w:r>
      <w:hyperlink r:id="rId11">
        <w:r>
          <w:rPr>
            <w:rFonts w:ascii="Arial" w:hAnsi="Arial"/>
            <w:color w:val="3D5368"/>
            <w:u w:val="single"/>
            <w:sz w:val="17"/>
          </w:rPr>
          <w:t>shoaibakhtarportfolio.vercel.app</w:t>
        </w:r>
      </w:hyperlink>
      <w:r>
        <w:rPr>
          <w:rFonts w:ascii="Arial" w:hAnsi="Arial"/>
          <w:b w:val="0"/>
          <w:i w:val="0"/>
          <w:color w:val="34383D"/>
          <w:sz w:val="17"/>
        </w:rPr>
        <w:t xml:space="preserve">     </w:t>
      </w:r>
      <w:r>
        <w:rPr>
          <w:rFonts w:ascii="Arial" w:hAnsi="Arial"/>
          <w:b/>
          <w:i w:val="0"/>
          <w:color w:val="34383D"/>
          <w:sz w:val="17"/>
        </w:rPr>
        <w:t xml:space="preserve">LinkedIn: </w:t>
      </w:r>
      <w:hyperlink r:id="rId12">
        <w:r>
          <w:rPr>
            <w:rFonts w:ascii="Arial" w:hAnsi="Arial"/>
            <w:color w:val="3D5368"/>
            <w:u w:val="single"/>
            <w:sz w:val="17"/>
          </w:rPr>
          <w:t>linkedin.com/in/shoaib-dev</w:t>
        </w:r>
      </w:hyperlink>
    </w:p>
    <w:p>
      <w:pPr>
        <w:keepNext/>
        <w:spacing w:before="160" w:after="60" w:line="240" w:lineRule="auto"/>
      </w:pPr>
      <w:r>
        <w:rPr>
          <w:rFonts w:ascii="Arial" w:hAnsi="Arial"/>
          <w:b/>
          <w:i w:val="0"/>
          <w:color w:val="34383D"/>
          <w:sz w:val="20"/>
        </w:rPr>
        <w:t>SKILLS</w:t>
      </w:r>
    </w:p>
    <w:p>
      <w:pPr>
        <w:spacing w:before="0" w:after="44" w:line="245" w:lineRule="auto"/>
      </w:pPr>
      <w:r>
        <w:rPr>
          <w:rFonts w:ascii="Arial" w:hAnsi="Arial"/>
          <w:b/>
          <w:i w:val="0"/>
          <w:color w:val="34383D"/>
          <w:sz w:val="17"/>
        </w:rPr>
        <w:t xml:space="preserve">Product and UX Design: </w:t>
      </w:r>
      <w:r>
        <w:rPr>
          <w:rFonts w:ascii="Arial" w:hAnsi="Arial"/>
          <w:b w:val="0"/>
          <w:i w:val="0"/>
          <w:color w:val="34383D"/>
          <w:sz w:val="17"/>
        </w:rPr>
        <w:t>User research, usability testing, wireframes, prototypes, interaction design, information architecture, onboarding, responsive design, design systems, accessibility, WCAG AA.</w:t>
      </w:r>
    </w:p>
    <w:p>
      <w:pPr>
        <w:spacing w:before="0" w:after="44" w:line="245" w:lineRule="auto"/>
      </w:pPr>
      <w:r>
        <w:rPr>
          <w:rFonts w:ascii="Arial" w:hAnsi="Arial"/>
          <w:b/>
          <w:i w:val="0"/>
          <w:color w:val="34383D"/>
          <w:sz w:val="17"/>
        </w:rPr>
        <w:t xml:space="preserve">Web, Product and Automation: </w:t>
      </w:r>
      <w:r>
        <w:rPr>
          <w:rFonts w:ascii="Arial" w:hAnsi="Arial"/>
          <w:b w:val="0"/>
          <w:i w:val="0"/>
          <w:color w:val="34383D"/>
          <w:sz w:val="17"/>
        </w:rPr>
        <w:t>Responsive websites, web apps, SaaS dashboards, admin panels, React, Next.js, TypeScript, JavaScript, Chrome Manifest V3, side panels, service workers, content scripts, DOM automation, queue and retry systems, IndexedDB, QA and debugging workflows.</w:t>
      </w:r>
    </w:p>
    <w:p>
      <w:pPr>
        <w:spacing w:before="0" w:after="44" w:line="245" w:lineRule="auto"/>
      </w:pPr>
      <w:r>
        <w:rPr>
          <w:rFonts w:ascii="Arial" w:hAnsi="Arial"/>
          <w:b/>
          <w:i w:val="0"/>
          <w:color w:val="34383D"/>
          <w:sz w:val="17"/>
        </w:rPr>
        <w:t xml:space="preserve">Creative Systems: </w:t>
      </w:r>
      <w:r>
        <w:rPr>
          <w:rFonts w:ascii="Arial" w:hAnsi="Arial"/>
          <w:b w:val="0"/>
          <w:i w:val="0"/>
          <w:color w:val="34383D"/>
          <w:sz w:val="17"/>
        </w:rPr>
        <w:t>Branding, social media campaigns, marketing assets, thumbnail strategy, video editing, motion graphics, storyboarding, YouTube content systems.</w:t>
      </w:r>
    </w:p>
    <w:p>
      <w:pPr>
        <w:spacing w:before="0" w:after="60" w:line="245" w:lineRule="auto"/>
      </w:pPr>
      <w:r>
        <w:rPr>
          <w:rFonts w:ascii="Arial" w:hAnsi="Arial"/>
          <w:b/>
          <w:i w:val="0"/>
          <w:color w:val="34383D"/>
          <w:sz w:val="17"/>
        </w:rPr>
        <w:t xml:space="preserve">Tools and Collaboration: </w:t>
      </w:r>
      <w:r>
        <w:rPr>
          <w:rFonts w:ascii="Arial" w:hAnsi="Arial"/>
          <w:b w:val="0"/>
          <w:i w:val="0"/>
          <w:color w:val="34383D"/>
          <w:sz w:val="17"/>
        </w:rPr>
        <w:t>Figma, Photoshop, Illustrator, Adobe XD, Premiere Pro, After Effects, Notion, Asana, Monday.com, Slack, Agile delivery, product documentation, feedback handling.</w:t>
      </w:r>
    </w:p>
    <w:p>
      <w:pPr>
        <w:keepNext/>
        <w:spacing w:before="180" w:after="40" w:line="240" w:lineRule="auto"/>
      </w:pPr>
      <w:r>
        <w:rPr>
          <w:rFonts w:ascii="Arial" w:hAnsi="Arial"/>
          <w:b/>
          <w:i w:val="0"/>
          <w:color w:val="34383D"/>
          <w:sz w:val="20"/>
        </w:rPr>
        <w:t>WORK EXPERIENCE</w:t>
      </w:r>
    </w:p>
    <w:p>
      <w:pPr>
        <w:keepNext/>
        <w:tabs>
          <w:tab w:pos="9288" w:val="right"/>
        </w:tabs>
        <w:spacing w:before="60" w:after="44" w:line="240" w:lineRule="auto"/>
      </w:pPr>
      <w:r>
        <w:rPr>
          <w:rFonts w:ascii="Arial" w:hAnsi="Arial"/>
          <w:b/>
          <w:i w:val="0"/>
          <w:color w:val="34383D"/>
          <w:sz w:val="17"/>
        </w:rPr>
        <w:t>UI/UX Designer</w:t>
      </w:r>
      <w:r>
        <w:rPr>
          <w:rFonts w:ascii="Arial" w:hAnsi="Arial"/>
          <w:b w:val="0"/>
          <w:i w:val="0"/>
          <w:color w:val="34383D"/>
          <w:sz w:val="17"/>
        </w:rPr>
        <w:t xml:space="preserve"> | ClipCraft Studio - Karachi</w:t>
      </w:r>
      <w:r>
        <w:rPr>
          <w:rFonts w:ascii="Arial" w:hAnsi="Arial"/>
          <w:b w:val="0"/>
          <w:i/>
          <w:color w:val="5D646B"/>
          <w:sz w:val="16"/>
        </w:rPr>
        <w:tab/>
        <w:t>Dec 2024 - Aug 2025</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Designed </w:t>
      </w:r>
      <w:r>
        <w:rPr>
          <w:rFonts w:ascii="Arial" w:hAnsi="Arial"/>
          <w:b/>
          <w:i w:val="0"/>
          <w:color w:val="34383D"/>
          <w:sz w:val="17"/>
        </w:rPr>
        <w:t>end-to-end product flows</w:t>
      </w:r>
      <w:r>
        <w:rPr>
          <w:rFonts w:ascii="Arial" w:hAnsi="Arial"/>
          <w:b w:val="0"/>
          <w:i w:val="0"/>
          <w:color w:val="34383D"/>
          <w:sz w:val="17"/>
        </w:rPr>
        <w:t xml:space="preserve"> for a cross-platform </w:t>
      </w:r>
      <w:r>
        <w:rPr>
          <w:rFonts w:ascii="Arial" w:hAnsi="Arial"/>
          <w:b/>
          <w:i w:val="0"/>
          <w:color w:val="34383D"/>
          <w:sz w:val="17"/>
        </w:rPr>
        <w:t>video editing app</w:t>
      </w:r>
      <w:r>
        <w:rPr>
          <w:rFonts w:ascii="Arial" w:hAnsi="Arial"/>
          <w:b w:val="0"/>
          <w:i w:val="0"/>
          <w:color w:val="34383D"/>
          <w:sz w:val="17"/>
        </w:rPr>
        <w:t>, including timeline interactions, trimming, effects panels, and creator-first editing journeys.</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Built interactive prototypes and ran usability tests with </w:t>
      </w:r>
      <w:r>
        <w:rPr>
          <w:rFonts w:ascii="Arial" w:hAnsi="Arial"/>
          <w:b/>
          <w:i w:val="0"/>
          <w:color w:val="34383D"/>
          <w:sz w:val="17"/>
        </w:rPr>
        <w:t>6 creators</w:t>
      </w:r>
      <w:r>
        <w:rPr>
          <w:rFonts w:ascii="Arial" w:hAnsi="Arial"/>
          <w:b w:val="0"/>
          <w:i w:val="0"/>
          <w:color w:val="34383D"/>
          <w:sz w:val="17"/>
        </w:rPr>
        <w:t xml:space="preserve">, improving editing-task completion time by </w:t>
      </w:r>
      <w:r>
        <w:rPr>
          <w:rFonts w:ascii="Arial" w:hAnsi="Arial"/>
          <w:b/>
          <w:i w:val="0"/>
          <w:color w:val="34383D"/>
          <w:sz w:val="17"/>
        </w:rPr>
        <w:t>28%</w:t>
      </w:r>
      <w:r>
        <w:rPr>
          <w:rFonts w:ascii="Arial" w:hAnsi="Arial"/>
          <w:b w:val="0"/>
          <w:i w:val="0"/>
          <w:color w:val="34383D"/>
          <w:sz w:val="17"/>
        </w:rPr>
        <w:t>.</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Translated research feedback into clearer interaction patterns for creator workflows and faster editing-task completion.</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Partnered with motion designers to refine micro-interactions so visual behavior matched editing actions across the app.</w:t>
      </w:r>
    </w:p>
    <w:p>
      <w:pPr>
        <w:spacing w:before="0" w:after="4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Managed Agile feature sprints and delivered the core editing UI within </w:t>
      </w:r>
      <w:r>
        <w:rPr>
          <w:rFonts w:ascii="Arial" w:hAnsi="Arial"/>
          <w:b/>
          <w:i w:val="0"/>
          <w:color w:val="34383D"/>
          <w:sz w:val="17"/>
        </w:rPr>
        <w:t>3 months</w:t>
      </w:r>
      <w:r>
        <w:rPr>
          <w:rFonts w:ascii="Arial" w:hAnsi="Arial"/>
          <w:b w:val="0"/>
          <w:i w:val="0"/>
          <w:color w:val="34383D"/>
          <w:sz w:val="17"/>
        </w:rPr>
        <w:t xml:space="preserve"> while keeping design and implementation aligned.</w:t>
      </w:r>
    </w:p>
    <w:p>
      <w:pPr>
        <w:keepNext/>
        <w:tabs>
          <w:tab w:pos="9288" w:val="right"/>
        </w:tabs>
        <w:spacing w:before="60" w:after="44" w:line="240" w:lineRule="auto"/>
      </w:pPr>
      <w:r>
        <w:rPr>
          <w:rFonts w:ascii="Arial" w:hAnsi="Arial"/>
          <w:b/>
          <w:i w:val="0"/>
          <w:color w:val="34383D"/>
          <w:sz w:val="17"/>
        </w:rPr>
        <w:t>Product Designer (UI/UX)</w:t>
      </w:r>
      <w:r>
        <w:rPr>
          <w:rFonts w:ascii="Arial" w:hAnsi="Arial"/>
          <w:b w:val="0"/>
          <w:i w:val="0"/>
          <w:color w:val="34383D"/>
          <w:sz w:val="17"/>
        </w:rPr>
        <w:t xml:space="preserve"> | VidoSpark</w:t>
      </w:r>
      <w:r>
        <w:rPr>
          <w:rFonts w:ascii="Arial" w:hAnsi="Arial"/>
          <w:b w:val="0"/>
          <w:i/>
          <w:color w:val="5D646B"/>
          <w:sz w:val="16"/>
        </w:rPr>
        <w:tab/>
        <w:t>Oct 2023 - Sep 2024</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Redesigned mobile onboarding to streamline first-use flows and reduce </w:t>
      </w:r>
      <w:r>
        <w:rPr>
          <w:rFonts w:ascii="Arial" w:hAnsi="Arial"/>
          <w:b/>
          <w:i w:val="0"/>
          <w:color w:val="34383D"/>
          <w:sz w:val="17"/>
        </w:rPr>
        <w:t>user drop-off</w:t>
      </w:r>
      <w:r>
        <w:rPr>
          <w:rFonts w:ascii="Arial" w:hAnsi="Arial"/>
          <w:b w:val="0"/>
          <w:i w:val="0"/>
          <w:color w:val="34383D"/>
          <w:sz w:val="17"/>
        </w:rPr>
        <w:t xml:space="preserve"> by </w:t>
      </w:r>
      <w:r>
        <w:rPr>
          <w:rFonts w:ascii="Arial" w:hAnsi="Arial"/>
          <w:b/>
          <w:i w:val="0"/>
          <w:color w:val="34383D"/>
          <w:sz w:val="17"/>
        </w:rPr>
        <w:t>18%</w:t>
      </w:r>
      <w:r>
        <w:rPr>
          <w:rFonts w:ascii="Arial" w:hAnsi="Arial"/>
          <w:b w:val="0"/>
          <w:i w:val="0"/>
          <w:color w:val="34383D"/>
          <w:sz w:val="17"/>
        </w:rPr>
        <w:t>.</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Built an </w:t>
      </w:r>
      <w:r>
        <w:rPr>
          <w:rFonts w:ascii="Arial" w:hAnsi="Arial"/>
          <w:b/>
          <w:i w:val="0"/>
          <w:color w:val="34383D"/>
          <w:sz w:val="17"/>
        </w:rPr>
        <w:t>80+ component design system</w:t>
      </w:r>
      <w:r>
        <w:rPr>
          <w:rFonts w:ascii="Arial" w:hAnsi="Arial"/>
          <w:b w:val="0"/>
          <w:i w:val="0"/>
          <w:color w:val="34383D"/>
          <w:sz w:val="17"/>
        </w:rPr>
        <w:t xml:space="preserve"> for media controls, effect sliders, color grading, export screens, and responsive patterns.</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Conducted qualitative research with beginner editors to surface friction points across core editing workflows.</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Partnered with engineering and QA to simplify complex workflows and align cross-device experiences with </w:t>
      </w:r>
      <w:r>
        <w:rPr>
          <w:rFonts w:ascii="Arial" w:hAnsi="Arial"/>
          <w:b/>
          <w:i w:val="0"/>
          <w:color w:val="34383D"/>
          <w:sz w:val="17"/>
        </w:rPr>
        <w:t>WCAG AA</w:t>
      </w:r>
      <w:r>
        <w:rPr>
          <w:rFonts w:ascii="Arial" w:hAnsi="Arial"/>
          <w:b w:val="0"/>
          <w:i w:val="0"/>
          <w:color w:val="34383D"/>
          <w:sz w:val="17"/>
        </w:rPr>
        <w:t xml:space="preserve"> accessibility standards.</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Developed responsive UI patterns that carried the design system across editing, preview, and export experiences.</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Translated research findings into wireframes and prototypes that clarified interactions for beginner editors.</w:t>
      </w:r>
    </w:p>
    <w:p>
      <w:pPr>
        <w:spacing w:before="0" w:after="40" w:line="240" w:lineRule="auto"/>
        <w:ind w:left="216" w:hanging="187"/>
      </w:pPr>
      <w:r>
        <w:rPr>
          <w:rFonts w:ascii="Arial" w:hAnsi="Arial"/>
          <w:b w:val="0"/>
          <w:i w:val="0"/>
          <w:color w:val="34383D"/>
          <w:sz w:val="17"/>
        </w:rPr>
        <w:t xml:space="preserve">• </w:t>
      </w:r>
      <w:r>
        <w:rPr>
          <w:rFonts w:ascii="Arial" w:hAnsi="Arial"/>
          <w:b w:val="0"/>
          <w:i w:val="0"/>
          <w:color w:val="34383D"/>
          <w:sz w:val="17"/>
        </w:rPr>
        <w:t>Documented design decisions and handoff details to support consistent implementation across product iterations.</w:t>
      </w:r>
    </w:p>
    <w:p>
      <w:r>
        <w:br w:type="page"/>
      </w:r>
    </w:p>
    <w:p>
      <w:pPr>
        <w:keepNext/>
        <w:spacing w:before="0" w:after="40" w:line="240" w:lineRule="auto"/>
      </w:pPr>
      <w:r>
        <w:rPr>
          <w:rFonts w:ascii="Arial" w:hAnsi="Arial"/>
          <w:b/>
          <w:i w:val="0"/>
          <w:color w:val="34383D"/>
          <w:sz w:val="20"/>
        </w:rPr>
        <w:t>WORK EXPERIENCE</w:t>
      </w:r>
    </w:p>
    <w:p>
      <w:pPr>
        <w:keepNext/>
        <w:tabs>
          <w:tab w:pos="9288" w:val="right"/>
        </w:tabs>
        <w:spacing w:before="60" w:after="44" w:line="240" w:lineRule="auto"/>
      </w:pPr>
      <w:r>
        <w:rPr>
          <w:rFonts w:ascii="Arial" w:hAnsi="Arial"/>
          <w:b/>
          <w:i w:val="0"/>
          <w:color w:val="34383D"/>
          <w:sz w:val="17"/>
        </w:rPr>
        <w:t>UX/UI Designer and Researcher</w:t>
      </w:r>
      <w:r>
        <w:rPr>
          <w:rFonts w:ascii="Arial" w:hAnsi="Arial"/>
          <w:b w:val="0"/>
          <w:i w:val="0"/>
          <w:color w:val="34383D"/>
          <w:sz w:val="17"/>
        </w:rPr>
        <w:t xml:space="preserve"> | Travelog - Islamabad</w:t>
      </w:r>
      <w:r>
        <w:rPr>
          <w:rFonts w:ascii="Arial" w:hAnsi="Arial"/>
          <w:b w:val="0"/>
          <w:i/>
          <w:color w:val="5D646B"/>
          <w:sz w:val="16"/>
        </w:rPr>
        <w:tab/>
        <w:t>Jun 2023 - Sep 2023</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Designed a responsive travel website customization flow in Figma from sketches through wireframes and prototypes.</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Ran user testing with a focus group of </w:t>
      </w:r>
      <w:r>
        <w:rPr>
          <w:rFonts w:ascii="Arial" w:hAnsi="Arial"/>
          <w:b/>
          <w:i w:val="0"/>
          <w:color w:val="34383D"/>
          <w:sz w:val="17"/>
        </w:rPr>
        <w:t>4 users</w:t>
      </w:r>
      <w:r>
        <w:rPr>
          <w:rFonts w:ascii="Arial" w:hAnsi="Arial"/>
          <w:b w:val="0"/>
          <w:i w:val="0"/>
          <w:color w:val="34383D"/>
          <w:sz w:val="17"/>
        </w:rPr>
        <w:t xml:space="preserve"> and iterated early concepts to drive </w:t>
      </w:r>
      <w:r>
        <w:rPr>
          <w:rFonts w:ascii="Arial" w:hAnsi="Arial"/>
          <w:b/>
          <w:i w:val="0"/>
          <w:color w:val="34383D"/>
          <w:sz w:val="17"/>
        </w:rPr>
        <w:t>25% NPS improvement</w:t>
      </w:r>
      <w:r>
        <w:rPr>
          <w:rFonts w:ascii="Arial" w:hAnsi="Arial"/>
          <w:b w:val="0"/>
          <w:i w:val="0"/>
          <w:color w:val="34383D"/>
          <w:sz w:val="17"/>
        </w:rPr>
        <w:t>.</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Applied feedback to refine travel-planning interactions and improve clarity across the booking journey.</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Managed Agile delivery and coordinated design work with the broader product process.</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Shaped a travel-planning experience focused on making journeys across Pakistan more affordable and stress-free.</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Translated early sketches into testable concepts that supported design decisions before build handoff.</w:t>
      </w:r>
    </w:p>
    <w:p>
      <w:pPr>
        <w:spacing w:before="0" w:after="40" w:line="240" w:lineRule="auto"/>
        <w:ind w:left="216" w:hanging="187"/>
      </w:pPr>
      <w:r>
        <w:rPr>
          <w:rFonts w:ascii="Arial" w:hAnsi="Arial"/>
          <w:b w:val="0"/>
          <w:i w:val="0"/>
          <w:color w:val="34383D"/>
          <w:sz w:val="17"/>
        </w:rPr>
        <w:t xml:space="preserve">• </w:t>
      </w:r>
      <w:r>
        <w:rPr>
          <w:rFonts w:ascii="Arial" w:hAnsi="Arial"/>
          <w:b w:val="0"/>
          <w:i w:val="0"/>
          <w:color w:val="34383D"/>
          <w:sz w:val="17"/>
        </w:rPr>
        <w:t>Developed an accessible layout structure for a responsive travel interface with clear navigation paths.</w:t>
      </w:r>
    </w:p>
    <w:p>
      <w:pPr>
        <w:keepNext/>
        <w:tabs>
          <w:tab w:pos="9288" w:val="right"/>
        </w:tabs>
        <w:spacing w:before="60" w:after="44" w:line="240" w:lineRule="auto"/>
      </w:pPr>
      <w:r>
        <w:rPr>
          <w:rFonts w:ascii="Arial" w:hAnsi="Arial"/>
          <w:b/>
          <w:i w:val="0"/>
          <w:color w:val="34383D"/>
          <w:sz w:val="17"/>
        </w:rPr>
        <w:t>Graphic Designer</w:t>
      </w:r>
      <w:r>
        <w:rPr>
          <w:rFonts w:ascii="Arial" w:hAnsi="Arial"/>
          <w:b w:val="0"/>
          <w:i w:val="0"/>
          <w:color w:val="34383D"/>
          <w:sz w:val="17"/>
        </w:rPr>
        <w:t xml:space="preserve"> | Game1News</w:t>
      </w:r>
      <w:r>
        <w:rPr>
          <w:rFonts w:ascii="Arial" w:hAnsi="Arial"/>
          <w:b w:val="0"/>
          <w:i/>
          <w:color w:val="5D646B"/>
          <w:sz w:val="16"/>
        </w:rPr>
        <w:tab/>
        <w:t>Apr 2021 - Aug 2022</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Designed website UI, social creatives, and brand assets in </w:t>
      </w:r>
      <w:r>
        <w:rPr>
          <w:rFonts w:ascii="Arial" w:hAnsi="Arial"/>
          <w:b/>
          <w:i w:val="0"/>
          <w:color w:val="34383D"/>
          <w:sz w:val="17"/>
        </w:rPr>
        <w:t>Photoshop and Figma</w:t>
      </w:r>
      <w:r>
        <w:rPr>
          <w:rFonts w:ascii="Arial" w:hAnsi="Arial"/>
          <w:b w:val="0"/>
          <w:i w:val="0"/>
          <w:color w:val="34383D"/>
          <w:sz w:val="17"/>
        </w:rPr>
        <w:t xml:space="preserve"> for Game1News.</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Built a Gen-Z brand direction and </w:t>
      </w:r>
      <w:r>
        <w:rPr>
          <w:rFonts w:ascii="Arial" w:hAnsi="Arial"/>
          <w:b/>
          <w:i w:val="0"/>
          <w:color w:val="34383D"/>
          <w:sz w:val="17"/>
        </w:rPr>
        <w:t>50+ element design system</w:t>
      </w:r>
      <w:r>
        <w:rPr>
          <w:rFonts w:ascii="Arial" w:hAnsi="Arial"/>
          <w:b w:val="0"/>
          <w:i w:val="0"/>
          <w:color w:val="34383D"/>
          <w:sz w:val="17"/>
        </w:rPr>
        <w:t xml:space="preserve"> to keep visuals consistent across website and social channels.</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Improved website retention by </w:t>
      </w:r>
      <w:r>
        <w:rPr>
          <w:rFonts w:ascii="Arial" w:hAnsi="Arial"/>
          <w:b/>
          <w:i w:val="0"/>
          <w:color w:val="34383D"/>
          <w:sz w:val="17"/>
        </w:rPr>
        <w:t>25%</w:t>
      </w:r>
      <w:r>
        <w:rPr>
          <w:rFonts w:ascii="Arial" w:hAnsi="Arial"/>
          <w:b w:val="0"/>
          <w:i w:val="0"/>
          <w:color w:val="34383D"/>
          <w:sz w:val="17"/>
        </w:rPr>
        <w:t xml:space="preserve"> through stronger hierarchy and simpler article-reading flows.</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Supported growth to </w:t>
      </w:r>
      <w:r>
        <w:rPr>
          <w:rFonts w:ascii="Arial" w:hAnsi="Arial"/>
          <w:b/>
          <w:i w:val="0"/>
          <w:color w:val="34383D"/>
          <w:sz w:val="17"/>
        </w:rPr>
        <w:t>18K followers</w:t>
      </w:r>
      <w:r>
        <w:rPr>
          <w:rFonts w:ascii="Arial" w:hAnsi="Arial"/>
          <w:b w:val="0"/>
          <w:i w:val="0"/>
          <w:color w:val="34383D"/>
          <w:sz w:val="17"/>
        </w:rPr>
        <w:t xml:space="preserve"> across social platforms through consistent creative output and branded content.</w:t>
      </w:r>
    </w:p>
    <w:p>
      <w:pPr>
        <w:spacing w:before="0" w:after="40" w:line="240" w:lineRule="auto"/>
        <w:ind w:left="216" w:hanging="187"/>
      </w:pPr>
      <w:r>
        <w:rPr>
          <w:rFonts w:ascii="Arial" w:hAnsi="Arial"/>
          <w:b w:val="0"/>
          <w:i w:val="0"/>
          <w:color w:val="34383D"/>
          <w:sz w:val="17"/>
        </w:rPr>
        <w:t xml:space="preserve">• </w:t>
      </w:r>
      <w:r>
        <w:rPr>
          <w:rFonts w:ascii="Arial" w:hAnsi="Arial"/>
          <w:b w:val="0"/>
          <w:i w:val="0"/>
          <w:color w:val="34383D"/>
          <w:sz w:val="17"/>
        </w:rPr>
        <w:t>Collaborated remotely with product, engineering, and social media stakeholders to deliver work on deadline.</w:t>
      </w:r>
    </w:p>
    <w:p>
      <w:pPr>
        <w:keepNext/>
        <w:tabs>
          <w:tab w:pos="9288" w:val="right"/>
        </w:tabs>
        <w:spacing w:before="60" w:after="44" w:line="240" w:lineRule="auto"/>
      </w:pPr>
      <w:r>
        <w:rPr>
          <w:rFonts w:ascii="Arial" w:hAnsi="Arial"/>
          <w:b/>
          <w:i w:val="0"/>
          <w:color w:val="34383D"/>
          <w:sz w:val="17"/>
        </w:rPr>
        <w:t>Graphic Designer</w:t>
      </w:r>
      <w:r>
        <w:rPr>
          <w:rFonts w:ascii="Arial" w:hAnsi="Arial"/>
          <w:b w:val="0"/>
          <w:i w:val="0"/>
          <w:color w:val="34383D"/>
          <w:sz w:val="17"/>
        </w:rPr>
        <w:t xml:space="preserve"> | Pagie Portal</w:t>
      </w:r>
      <w:r>
        <w:rPr>
          <w:rFonts w:ascii="Arial" w:hAnsi="Arial"/>
          <w:b w:val="0"/>
          <w:i/>
          <w:color w:val="5D646B"/>
          <w:sz w:val="16"/>
        </w:rPr>
        <w:tab/>
        <w:t>Mar 2020 - Feb 2021</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Designed website banners, product imagery, and social creatives in </w:t>
      </w:r>
      <w:r>
        <w:rPr>
          <w:rFonts w:ascii="Arial" w:hAnsi="Arial"/>
          <w:b/>
          <w:i w:val="0"/>
          <w:color w:val="34383D"/>
          <w:sz w:val="17"/>
        </w:rPr>
        <w:t>Photoshop and Illustrator</w:t>
      </w:r>
      <w:r>
        <w:rPr>
          <w:rFonts w:ascii="Arial" w:hAnsi="Arial"/>
          <w:b w:val="0"/>
          <w:i w:val="0"/>
          <w:color w:val="34383D"/>
          <w:sz w:val="17"/>
        </w:rPr>
        <w:t xml:space="preserve"> for Pagie Portal.</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Created brochures and flyers that extended the same visual standards across print and promotional materials.</w:t>
      </w:r>
    </w:p>
    <w:p>
      <w:pPr>
        <w:spacing w:before="0" w:after="20" w:line="240" w:lineRule="auto"/>
        <w:ind w:left="216" w:hanging="187"/>
      </w:pPr>
      <w:r>
        <w:rPr>
          <w:rFonts w:ascii="Arial" w:hAnsi="Arial"/>
          <w:b w:val="0"/>
          <w:i w:val="0"/>
          <w:color w:val="34383D"/>
          <w:sz w:val="17"/>
        </w:rPr>
        <w:t xml:space="preserve">• </w:t>
      </w:r>
      <w:r>
        <w:rPr>
          <w:rFonts w:ascii="Arial" w:hAnsi="Arial"/>
          <w:b w:val="0"/>
          <w:i w:val="0"/>
          <w:color w:val="34383D"/>
          <w:sz w:val="17"/>
        </w:rPr>
        <w:t xml:space="preserve">Developed conversion-focused creative concepts that helped attract </w:t>
      </w:r>
      <w:r>
        <w:rPr>
          <w:rFonts w:ascii="Arial" w:hAnsi="Arial"/>
          <w:b/>
          <w:i w:val="0"/>
          <w:color w:val="34383D"/>
          <w:sz w:val="17"/>
        </w:rPr>
        <w:t>30% more clients</w:t>
      </w:r>
      <w:r>
        <w:rPr>
          <w:rFonts w:ascii="Arial" w:hAnsi="Arial"/>
          <w:b w:val="0"/>
          <w:i w:val="0"/>
          <w:color w:val="34383D"/>
          <w:sz w:val="17"/>
        </w:rPr>
        <w:t xml:space="preserve"> and reach two additional disability-focused groups.</w:t>
      </w:r>
    </w:p>
    <w:p>
      <w:pPr>
        <w:spacing w:before="0" w:after="50" w:line="240" w:lineRule="auto"/>
        <w:ind w:left="216" w:hanging="187"/>
      </w:pPr>
      <w:r>
        <w:rPr>
          <w:rFonts w:ascii="Arial" w:hAnsi="Arial"/>
          <w:b w:val="0"/>
          <w:i w:val="0"/>
          <w:color w:val="34383D"/>
          <w:sz w:val="17"/>
        </w:rPr>
        <w:t xml:space="preserve">• </w:t>
      </w:r>
      <w:r>
        <w:rPr>
          <w:rFonts w:ascii="Arial" w:hAnsi="Arial"/>
          <w:b w:val="0"/>
          <w:i w:val="0"/>
          <w:color w:val="34383D"/>
          <w:sz w:val="17"/>
        </w:rPr>
        <w:t>Established reusable design patterns while preserving selected legacy elements to improve production efficiency and consistency.</w:t>
      </w:r>
    </w:p>
    <w:p>
      <w:pPr>
        <w:keepNext/>
        <w:spacing w:before="180" w:after="40" w:line="240" w:lineRule="auto"/>
      </w:pPr>
      <w:r>
        <w:rPr>
          <w:rFonts w:ascii="Arial" w:hAnsi="Arial"/>
          <w:b/>
          <w:i w:val="0"/>
          <w:color w:val="34383D"/>
          <w:sz w:val="20"/>
        </w:rPr>
        <w:t>EDUCATION</w:t>
      </w:r>
    </w:p>
    <w:p>
      <w:pPr>
        <w:keepNext/>
        <w:tabs>
          <w:tab w:pos="9288" w:val="right"/>
        </w:tabs>
        <w:spacing w:before="40" w:after="10" w:line="240" w:lineRule="auto"/>
      </w:pPr>
      <w:r>
        <w:rPr>
          <w:rFonts w:ascii="Arial" w:hAnsi="Arial"/>
          <w:b w:val="0"/>
          <w:i w:val="0"/>
          <w:color w:val="34383D"/>
          <w:sz w:val="17"/>
        </w:rPr>
        <w:t>COMSATS</w:t>
      </w:r>
      <w:r>
        <w:rPr>
          <w:rFonts w:ascii="Arial" w:hAnsi="Arial"/>
          <w:b w:val="0"/>
          <w:i/>
          <w:color w:val="5D646B"/>
          <w:sz w:val="16"/>
        </w:rPr>
        <w:tab/>
        <w:t>Jan 2025</w:t>
      </w:r>
    </w:p>
    <w:p>
      <w:pPr>
        <w:spacing w:before="0" w:after="50" w:line="240" w:lineRule="auto"/>
      </w:pPr>
      <w:r>
        <w:rPr>
          <w:rFonts w:ascii="Arial" w:hAnsi="Arial"/>
          <w:b/>
          <w:i w:val="0"/>
          <w:color w:val="34383D"/>
          <w:sz w:val="17"/>
        </w:rPr>
        <w:t>Bachelor of Science:</w:t>
      </w:r>
      <w:r>
        <w:rPr>
          <w:rFonts w:ascii="Arial" w:hAnsi="Arial"/>
          <w:b w:val="0"/>
          <w:i w:val="0"/>
          <w:color w:val="34383D"/>
          <w:sz w:val="17"/>
        </w:rPr>
        <w:t xml:space="preserve"> Computer Science</w:t>
      </w:r>
    </w:p>
    <w:p>
      <w:pPr>
        <w:keepNext/>
        <w:tabs>
          <w:tab w:pos="9288" w:val="right"/>
        </w:tabs>
        <w:spacing w:before="40" w:after="10" w:line="240" w:lineRule="auto"/>
      </w:pPr>
      <w:r>
        <w:rPr>
          <w:rFonts w:ascii="Arial" w:hAnsi="Arial"/>
          <w:b w:val="0"/>
          <w:i w:val="0"/>
          <w:color w:val="34383D"/>
          <w:sz w:val="17"/>
        </w:rPr>
        <w:t>Army Public College - Islamabad, Pakistan</w:t>
      </w:r>
      <w:r>
        <w:rPr>
          <w:rFonts w:ascii="Arial" w:hAnsi="Arial"/>
          <w:b w:val="0"/>
          <w:i/>
          <w:color w:val="5D646B"/>
          <w:sz w:val="16"/>
        </w:rPr>
        <w:tab/>
        <w:t>Jan 2020</w:t>
      </w:r>
    </w:p>
    <w:p>
      <w:pPr>
        <w:spacing w:before="0" w:after="50" w:line="240" w:lineRule="auto"/>
      </w:pPr>
      <w:r>
        <w:rPr>
          <w:rFonts w:ascii="Arial" w:hAnsi="Arial"/>
          <w:b/>
          <w:i w:val="0"/>
          <w:color w:val="34383D"/>
          <w:sz w:val="17"/>
        </w:rPr>
        <w:t>Intermediate:</w:t>
      </w:r>
      <w:r>
        <w:rPr>
          <w:rFonts w:ascii="Arial" w:hAnsi="Arial"/>
          <w:b w:val="0"/>
          <w:i w:val="0"/>
          <w:color w:val="34383D"/>
          <w:sz w:val="17"/>
        </w:rPr>
        <w:t xml:space="preserve"> Computer Science</w:t>
      </w:r>
    </w:p>
    <w:p>
      <w:pPr>
        <w:keepNext/>
        <w:tabs>
          <w:tab w:pos="9288" w:val="right"/>
        </w:tabs>
        <w:spacing w:before="40" w:after="10" w:line="240" w:lineRule="auto"/>
      </w:pPr>
      <w:r>
        <w:rPr>
          <w:rFonts w:ascii="Arial" w:hAnsi="Arial"/>
          <w:b w:val="0"/>
          <w:i w:val="0"/>
          <w:color w:val="34383D"/>
          <w:sz w:val="17"/>
        </w:rPr>
        <w:t>Allied Schools - Islamabad</w:t>
      </w:r>
      <w:r>
        <w:rPr>
          <w:rFonts w:ascii="Arial" w:hAnsi="Arial"/>
          <w:b w:val="0"/>
          <w:i/>
          <w:color w:val="5D646B"/>
          <w:sz w:val="16"/>
        </w:rPr>
        <w:tab/>
        <w:t>Jan 2018</w:t>
      </w:r>
    </w:p>
    <w:p>
      <w:pPr>
        <w:spacing w:before="0" w:after="50" w:line="240" w:lineRule="auto"/>
      </w:pPr>
      <w:r>
        <w:rPr>
          <w:rFonts w:ascii="Arial" w:hAnsi="Arial"/>
          <w:b/>
          <w:i w:val="0"/>
          <w:color w:val="34383D"/>
          <w:sz w:val="17"/>
        </w:rPr>
        <w:t>Matriculation:</w:t>
      </w:r>
      <w:r>
        <w:rPr>
          <w:rFonts w:ascii="Arial" w:hAnsi="Arial"/>
          <w:b w:val="0"/>
          <w:i w:val="0"/>
          <w:color w:val="34383D"/>
          <w:sz w:val="17"/>
        </w:rPr>
        <w:t xml:space="preserve"> Computer Science</w:t>
      </w:r>
    </w:p>
    <w:p>
      <w:pPr>
        <w:keepNext/>
        <w:spacing w:before="180" w:after="40" w:line="240" w:lineRule="auto"/>
      </w:pPr>
      <w:r>
        <w:rPr>
          <w:rFonts w:ascii="Arial" w:hAnsi="Arial"/>
          <w:b/>
          <w:i w:val="0"/>
          <w:color w:val="34383D"/>
          <w:sz w:val="20"/>
        </w:rPr>
        <w:t>SELECTED PROJECTS AND DIGITAL PRODUCTS</w:t>
      </w:r>
    </w:p>
    <w:p>
      <w:pPr>
        <w:spacing w:before="20" w:after="40" w:line="245" w:lineRule="auto"/>
      </w:pPr>
      <w:hyperlink r:id="rId13">
        <w:r>
          <w:rPr>
            <w:rFonts w:ascii="Arial" w:hAnsi="Arial"/>
            <w:color w:val="3D5368"/>
            <w:u w:val="single"/>
            <w:b/>
            <w:sz w:val="17"/>
          </w:rPr>
          <w:t>Mavixx</w:t>
        </w:r>
      </w:hyperlink>
      <w:r>
        <w:rPr>
          <w:rFonts w:ascii="Arial" w:hAnsi="Arial"/>
          <w:b w:val="0"/>
          <w:i w:val="0"/>
          <w:color w:val="34383D"/>
          <w:sz w:val="17"/>
        </w:rPr>
        <w:t xml:space="preserve"> | Digital product studio | mavixx.vercel.app - Structured a product-studio website for Chrome extensions, web tools, AI productivity tools, automations, and custom digital products; defined services, FAQs, support, and extension presentation.</w:t>
      </w:r>
    </w:p>
    <w:p>
      <w:pPr>
        <w:spacing w:before="20" w:after="40" w:line="245" w:lineRule="auto"/>
      </w:pPr>
      <w:r>
        <w:rPr>
          <w:rFonts w:ascii="Arial" w:hAnsi="Arial"/>
          <w:b/>
          <w:i w:val="0"/>
          <w:color w:val="34383D"/>
          <w:sz w:val="17"/>
        </w:rPr>
        <w:t>VeoRunner</w:t>
      </w:r>
      <w:r>
        <w:rPr>
          <w:rFonts w:ascii="Arial" w:hAnsi="Arial"/>
          <w:b w:val="0"/>
          <w:i w:val="0"/>
          <w:color w:val="34383D"/>
          <w:sz w:val="17"/>
        </w:rPr>
        <w:t xml:space="preserve"> | Manifest V3 Chrome side-panel automation concept - Designed Google Flow automation with prompt queues, batch runs, progress controls, persistence, recovery, service-worker orchestration, DOM automation, and smart retries.</w:t>
      </w:r>
    </w:p>
    <w:p>
      <w:pPr>
        <w:spacing w:before="20" w:after="40" w:line="245" w:lineRule="auto"/>
      </w:pPr>
      <w:r>
        <w:rPr>
          <w:rFonts w:ascii="Arial" w:hAnsi="Arial"/>
          <w:b/>
          <w:i w:val="0"/>
          <w:color w:val="34383D"/>
          <w:sz w:val="17"/>
        </w:rPr>
        <w:t>WhatsApp AI</w:t>
      </w:r>
      <w:r>
        <w:rPr>
          <w:rFonts w:ascii="Arial" w:hAnsi="Arial"/>
          <w:b w:val="0"/>
          <w:i w:val="0"/>
          <w:color w:val="34383D"/>
          <w:sz w:val="17"/>
        </w:rPr>
        <w:t xml:space="preserve"> | AI-assisted WhatsApp Web automation extension concept - Designed a side-panel dashboard for message monitoring, AI auto-replies, business context, response controls, error states, retries, quiet hours, opt-out handling, and reporting.</w:t>
      </w:r>
    </w:p>
    <w:p>
      <w:pPr>
        <w:spacing w:before="20" w:after="50" w:line="245" w:lineRule="auto"/>
      </w:pPr>
      <w:hyperlink r:id="rId14">
        <w:r>
          <w:rPr>
            <w:rFonts w:ascii="Arial" w:hAnsi="Arial"/>
            <w:color w:val="3D5368"/>
            <w:u w:val="single"/>
            <w:b/>
            <w:sz w:val="17"/>
          </w:rPr>
          <w:t>Kahani Studio</w:t>
        </w:r>
      </w:hyperlink>
      <w:r>
        <w:rPr>
          <w:rFonts w:ascii="Arial" w:hAnsi="Arial"/>
          <w:b w:val="0"/>
          <w:i w:val="0"/>
          <w:color w:val="34383D"/>
          <w:sz w:val="17"/>
        </w:rPr>
        <w:t xml:space="preserve"> | YouTube storytelling and content automation system | youtube.com/@KahaniStudio5 - Built repeatable workflows for research, scripts, SEO packaging, thumbnail concepts, hooks, suspense, scene breakdowns, and narration-ready structure.</w:t>
      </w:r>
    </w:p>
    <w:p>
      <w:pPr>
        <w:keepNext/>
        <w:spacing w:before="180" w:after="40" w:line="240" w:lineRule="auto"/>
      </w:pPr>
      <w:r>
        <w:rPr>
          <w:rFonts w:ascii="Arial" w:hAnsi="Arial"/>
          <w:b/>
          <w:i w:val="0"/>
          <w:color w:val="34383D"/>
          <w:sz w:val="20"/>
        </w:rPr>
        <w:t>CERTIFICATIONS</w:t>
      </w:r>
    </w:p>
    <w:p>
      <w:pPr>
        <w:tabs>
          <w:tab w:pos="9288" w:val="right"/>
        </w:tabs>
        <w:spacing w:before="30" w:after="30" w:line="240" w:lineRule="auto"/>
      </w:pPr>
      <w:r>
        <w:rPr>
          <w:rFonts w:ascii="Arial" w:hAnsi="Arial"/>
          <w:b w:val="0"/>
          <w:i w:val="0"/>
          <w:color w:val="34383D"/>
          <w:sz w:val="17"/>
        </w:rPr>
        <w:t>Google Foundational UX Design Certificate</w:t>
      </w:r>
      <w:r>
        <w:rPr>
          <w:rFonts w:ascii="Arial" w:hAnsi="Arial"/>
          <w:b w:val="0"/>
          <w:i/>
          <w:color w:val="5D646B"/>
          <w:sz w:val="16"/>
        </w:rPr>
        <w:tab/>
        <w:t>Jan 2023</w:t>
      </w:r>
    </w:p>
    <w:p>
      <w:pPr>
        <w:tabs>
          <w:tab w:pos="9288" w:val="right"/>
        </w:tabs>
        <w:spacing w:before="30" w:after="30" w:line="240" w:lineRule="auto"/>
      </w:pPr>
      <w:r>
        <w:rPr>
          <w:rFonts w:ascii="Arial" w:hAnsi="Arial"/>
          <w:b w:val="0"/>
          <w:i w:val="0"/>
          <w:color w:val="34383D"/>
          <w:sz w:val="17"/>
        </w:rPr>
        <w:t>IT Course Certificate | RIT, Rawalpindi, Pakistan</w:t>
      </w:r>
      <w:r>
        <w:rPr>
          <w:rFonts w:ascii="Arial" w:hAnsi="Arial"/>
          <w:b w:val="0"/>
          <w:i/>
          <w:color w:val="5D646B"/>
          <w:sz w:val="16"/>
        </w:rPr>
        <w:tab/>
        <w:t>Jan 2021</w:t>
      </w:r>
    </w:p>
    <w:p>
      <w:pPr>
        <w:tabs>
          <w:tab w:pos="9288" w:val="right"/>
        </w:tabs>
        <w:spacing w:before="30" w:after="30" w:line="240" w:lineRule="auto"/>
      </w:pPr>
      <w:r>
        <w:rPr>
          <w:rFonts w:ascii="Arial" w:hAnsi="Arial"/>
          <w:b w:val="0"/>
          <w:i w:val="0"/>
          <w:color w:val="34383D"/>
          <w:sz w:val="17"/>
        </w:rPr>
        <w:t>Graphic Design Course Certificate | RIT, Rawalpindi, Pakistan</w:t>
      </w:r>
      <w:r>
        <w:rPr>
          <w:rFonts w:ascii="Arial" w:hAnsi="Arial"/>
          <w:b w:val="0"/>
          <w:i/>
          <w:color w:val="5D646B"/>
          <w:sz w:val="16"/>
        </w:rPr>
        <w:tab/>
        <w:t>Jan 2021</w:t>
      </w:r>
    </w:p>
    <w:sectPr w:rsidR="00FC693F" w:rsidRPr="0006063C" w:rsidSect="00034616">
      <w:headerReference w:type="default" r:id="rId9"/>
      <w:footerReference w:type="default" r:id="rId10"/>
      <w:pgSz w:w="12240" w:h="15840"/>
      <w:pgMar w:top="792" w:right="1368" w:bottom="792" w:left="136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34383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hoaibakhtarportfolio.vercel.app/" TargetMode="External"/><Relationship Id="rId12" Type="http://schemas.openxmlformats.org/officeDocument/2006/relationships/hyperlink" Target="https://www.linkedin.com/in/shoaib-dev" TargetMode="External"/><Relationship Id="rId13" Type="http://schemas.openxmlformats.org/officeDocument/2006/relationships/hyperlink" Target="https://mavixx.vercel.app/" TargetMode="External"/><Relationship Id="rId14" Type="http://schemas.openxmlformats.org/officeDocument/2006/relationships/hyperlink" Target="https://www.youtube.com/@KahaniStudio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Shoaib Akhtar Resume</dc:title>
  <dc:subject>Resume</dc:subject>
  <dc:creator>Shoaib Akhtar</dc:creator>
  <cp:keywords/>
  <dc:description/>
  <cp:lastModifiedBy/>
  <cp:revision>1</cp:revision>
  <dcterms:created xsi:type="dcterms:W3CDTF">2013-12-23T23:15:00Z</dcterms:created>
  <dcterms:modified xsi:type="dcterms:W3CDTF">2013-12-23T23:15:00Z</dcterms:modified>
  <cp:category/>
</cp:coreProperties>
</file>